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22DD9" w14:textId="0871556D" w:rsidR="004D2045" w:rsidRDefault="00452D0D">
      <w:pPr>
        <w:pStyle w:val="Title"/>
        <w:jc w:val="center"/>
      </w:pPr>
      <w:r>
        <w:rPr>
          <w:noProof/>
        </w:rPr>
        <w:drawing>
          <wp:anchor distT="0" distB="0" distL="114300" distR="114300" simplePos="0" relativeHeight="251653120" behindDoc="0" locked="0" layoutInCell="1" allowOverlap="1" wp14:anchorId="67A11831" wp14:editId="72AE4F82">
            <wp:simplePos x="0" y="0"/>
            <wp:positionH relativeFrom="column">
              <wp:posOffset>2065020</wp:posOffset>
            </wp:positionH>
            <wp:positionV relativeFrom="paragraph">
              <wp:posOffset>967740</wp:posOffset>
            </wp:positionV>
            <wp:extent cx="1269365" cy="1024255"/>
            <wp:effectExtent l="0" t="0" r="6985" b="4445"/>
            <wp:wrapNone/>
            <wp:docPr id="137730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9365" cy="1024255"/>
                    </a:xfrm>
                    <a:prstGeom prst="rect">
                      <a:avLst/>
                    </a:prstGeom>
                    <a:noFill/>
                  </pic:spPr>
                </pic:pic>
              </a:graphicData>
            </a:graphic>
          </wp:anchor>
        </w:drawing>
      </w:r>
      <w:r w:rsidR="00604F76">
        <w:t>Nursery Newsletter - Welcome to Our New Term!</w:t>
      </w:r>
    </w:p>
    <w:p w14:paraId="672A6659" w14:textId="386A38EC" w:rsidR="004D2045" w:rsidRDefault="00452D0D">
      <w:r>
        <w:rPr>
          <w:noProof/>
        </w:rPr>
        <mc:AlternateContent>
          <mc:Choice Requires="wps">
            <w:drawing>
              <wp:inline distT="0" distB="0" distL="0" distR="0" wp14:anchorId="79B5C11B" wp14:editId="5D18D332">
                <wp:extent cx="304800" cy="304800"/>
                <wp:effectExtent l="0" t="0" r="0" b="0"/>
                <wp:docPr id="648718438" name="AutoShape 3" descr="Friends Helping Clipart - Clip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E5E092" id="AutoShape 3" o:spid="_x0000_s1026" alt="Friends Helping Clipart - Clip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123897B" w14:textId="77777777" w:rsidR="00452D0D" w:rsidRDefault="00452D0D" w:rsidP="00452D0D">
      <w:pPr>
        <w:pStyle w:val="Heading1"/>
      </w:pPr>
    </w:p>
    <w:p w14:paraId="7B5F143F" w14:textId="271A25A9" w:rsidR="00452D0D" w:rsidRPr="00452D0D" w:rsidRDefault="00604F76" w:rsidP="00452D0D">
      <w:pPr>
        <w:pStyle w:val="Heading1"/>
        <w:rPr>
          <w:rFonts w:ascii="Sassoon Penpals" w:hAnsi="Sassoon Penpals"/>
          <w:sz w:val="36"/>
          <w:szCs w:val="36"/>
        </w:rPr>
      </w:pPr>
      <w:r w:rsidRPr="00452D0D">
        <w:rPr>
          <w:rFonts w:ascii="Sassoon Penpals" w:hAnsi="Sassoon Penpals"/>
          <w:sz w:val="36"/>
          <w:szCs w:val="36"/>
        </w:rPr>
        <w:t>A Warm Welcome to All Our New Families</w:t>
      </w:r>
    </w:p>
    <w:p w14:paraId="5870E12E" w14:textId="29BA4031" w:rsidR="004D2045" w:rsidRPr="00452D0D" w:rsidRDefault="00604F76">
      <w:pPr>
        <w:rPr>
          <w:rFonts w:ascii="Sassoon Penpals" w:hAnsi="Sassoon Penpals"/>
          <w:sz w:val="28"/>
          <w:szCs w:val="28"/>
        </w:rPr>
      </w:pPr>
      <w:r w:rsidRPr="00452D0D">
        <w:rPr>
          <w:rFonts w:ascii="Sassoon Penpals" w:hAnsi="Sassoon Penpals"/>
          <w:sz w:val="28"/>
          <w:szCs w:val="28"/>
        </w:rPr>
        <w:t xml:space="preserve">We would like to give a very warm welcome to </w:t>
      </w:r>
      <w:r w:rsidR="00452D0D" w:rsidRPr="00452D0D">
        <w:rPr>
          <w:rFonts w:ascii="Sassoon Penpals" w:hAnsi="Sassoon Penpals"/>
          <w:sz w:val="28"/>
          <w:szCs w:val="28"/>
        </w:rPr>
        <w:t>all</w:t>
      </w:r>
      <w:r w:rsidRPr="00452D0D">
        <w:rPr>
          <w:rFonts w:ascii="Sassoon Penpals" w:hAnsi="Sassoon Penpals"/>
          <w:sz w:val="28"/>
          <w:szCs w:val="28"/>
        </w:rPr>
        <w:t xml:space="preserve"> our new children and families </w:t>
      </w:r>
      <w:proofErr w:type="gramStart"/>
      <w:r w:rsidRPr="00452D0D">
        <w:rPr>
          <w:rFonts w:ascii="Sassoon Penpals" w:hAnsi="Sassoon Penpals"/>
          <w:sz w:val="28"/>
          <w:szCs w:val="28"/>
        </w:rPr>
        <w:t>joining</w:t>
      </w:r>
      <w:proofErr w:type="gramEnd"/>
      <w:r w:rsidRPr="00452D0D">
        <w:rPr>
          <w:rFonts w:ascii="Sassoon Penpals" w:hAnsi="Sassoon Penpals"/>
          <w:sz w:val="28"/>
          <w:szCs w:val="28"/>
        </w:rPr>
        <w:t xml:space="preserve"> Nursery this term</w:t>
      </w:r>
      <w:r w:rsidR="00452D0D">
        <w:rPr>
          <w:rFonts w:ascii="Sassoon Penpals" w:hAnsi="Sassoon Penpals"/>
          <w:sz w:val="28"/>
          <w:szCs w:val="28"/>
        </w:rPr>
        <w:t xml:space="preserve"> and to our returning children and families too.</w:t>
      </w:r>
      <w:r w:rsidRPr="00452D0D">
        <w:rPr>
          <w:rFonts w:ascii="Sassoon Penpals" w:hAnsi="Sassoon Penpals"/>
          <w:sz w:val="28"/>
          <w:szCs w:val="28"/>
        </w:rPr>
        <w:t xml:space="preserve"> We are looking forward to getting to know you all and supporting your child as they begin their exciting learning journey with us</w:t>
      </w:r>
      <w:r w:rsidR="00452D0D">
        <w:rPr>
          <w:rFonts w:ascii="Sassoon Penpals" w:hAnsi="Sassoon Penpals"/>
          <w:sz w:val="28"/>
          <w:szCs w:val="28"/>
        </w:rPr>
        <w:t xml:space="preserve"> in the Caterpillar Class, here at St Faith’s C.E. Infant and Nursery School.</w:t>
      </w:r>
    </w:p>
    <w:p w14:paraId="3D2173E8" w14:textId="77777777" w:rsidR="004D2045" w:rsidRPr="00452D0D" w:rsidRDefault="00604F76">
      <w:pPr>
        <w:pStyle w:val="Heading1"/>
        <w:rPr>
          <w:rFonts w:ascii="Sassoon Penpals" w:hAnsi="Sassoon Penpals"/>
          <w:sz w:val="36"/>
          <w:szCs w:val="36"/>
        </w:rPr>
      </w:pPr>
      <w:r w:rsidRPr="00452D0D">
        <w:rPr>
          <w:rFonts w:ascii="Sassoon Penpals" w:hAnsi="Sassoon Penpals"/>
          <w:sz w:val="36"/>
          <w:szCs w:val="36"/>
        </w:rPr>
        <w:t>Settling In</w:t>
      </w:r>
    </w:p>
    <w:p w14:paraId="02C4832F" w14:textId="77777777" w:rsidR="004D2045" w:rsidRPr="00452D0D" w:rsidRDefault="00604F76">
      <w:pPr>
        <w:rPr>
          <w:rFonts w:ascii="Sassoon Penpals" w:hAnsi="Sassoon Penpals"/>
          <w:sz w:val="28"/>
          <w:szCs w:val="28"/>
        </w:rPr>
      </w:pPr>
      <w:r w:rsidRPr="00452D0D">
        <w:rPr>
          <w:rFonts w:ascii="Sassoon Penpals" w:hAnsi="Sassoon Penpals"/>
          <w:sz w:val="28"/>
          <w:szCs w:val="28"/>
        </w:rPr>
        <w:t>Our first weeks will focus on helping children settle into Nursery, learn routines, make friendships, explore resources and develop confidence through play.</w:t>
      </w:r>
    </w:p>
    <w:p w14:paraId="19236EF9" w14:textId="77777777" w:rsidR="004D2045" w:rsidRPr="00452D0D" w:rsidRDefault="00604F76">
      <w:pPr>
        <w:pStyle w:val="Heading1"/>
        <w:rPr>
          <w:rFonts w:ascii="Sassoon Penpals" w:hAnsi="Sassoon Penpals"/>
          <w:sz w:val="36"/>
          <w:szCs w:val="36"/>
        </w:rPr>
      </w:pPr>
      <w:r w:rsidRPr="00452D0D">
        <w:rPr>
          <w:rFonts w:ascii="Sassoon Penpals" w:hAnsi="Sassoon Penpals"/>
          <w:sz w:val="36"/>
          <w:szCs w:val="36"/>
        </w:rPr>
        <w:t>All About Me</w:t>
      </w:r>
    </w:p>
    <w:p w14:paraId="0A37501D" w14:textId="5EECFDB5" w:rsidR="004D2045" w:rsidRPr="00452D0D" w:rsidRDefault="00452D0D">
      <w:pPr>
        <w:rPr>
          <w:rFonts w:ascii="Sassoon Penpals" w:hAnsi="Sassoon Penpals"/>
          <w:sz w:val="28"/>
          <w:szCs w:val="28"/>
        </w:rPr>
      </w:pPr>
      <w:r>
        <w:rPr>
          <w:noProof/>
        </w:rPr>
        <w:drawing>
          <wp:inline distT="0" distB="0" distL="0" distR="0" wp14:anchorId="2DF7172F" wp14:editId="37E12840">
            <wp:extent cx="838883" cy="854710"/>
            <wp:effectExtent l="0" t="0" r="0" b="2540"/>
            <wp:docPr id="1485338216" name="Picture 4" descr="Kids Playing Together Clipart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ids Playing Together Clipart | Free download on ClipArtMa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6078" cy="862041"/>
                    </a:xfrm>
                    <a:prstGeom prst="rect">
                      <a:avLst/>
                    </a:prstGeom>
                    <a:noFill/>
                    <a:ln>
                      <a:noFill/>
                    </a:ln>
                  </pic:spPr>
                </pic:pic>
              </a:graphicData>
            </a:graphic>
          </wp:inline>
        </w:drawing>
      </w:r>
    </w:p>
    <w:p w14:paraId="5F0B3AA6" w14:textId="24195191" w:rsidR="004D2045" w:rsidRPr="00452D0D" w:rsidRDefault="00452D0D">
      <w:pPr>
        <w:rPr>
          <w:rFonts w:ascii="Sassoon Penpals" w:hAnsi="Sassoon Penpals"/>
          <w:sz w:val="28"/>
          <w:szCs w:val="28"/>
        </w:rPr>
      </w:pPr>
      <w:r>
        <w:rPr>
          <w:rFonts w:ascii="Sassoon Penpals" w:hAnsi="Sassoon Penpals"/>
          <w:sz w:val="28"/>
          <w:szCs w:val="28"/>
        </w:rPr>
        <w:t xml:space="preserve">The children will begin their journey in school, learning how to play with other children, how to talk about the people that are special to them and to build confidence with the key people in their daily lives in school.  </w:t>
      </w:r>
      <w:r w:rsidR="65ACC0A2" w:rsidRPr="00452D0D">
        <w:rPr>
          <w:rFonts w:ascii="Sassoon Penpals" w:hAnsi="Sassoon Penpals"/>
          <w:sz w:val="28"/>
          <w:szCs w:val="28"/>
        </w:rPr>
        <w:t xml:space="preserve">Please ensure scrapbooks are completed and returned by 14th September. We will share them with the children as we learn about ourselves, our </w:t>
      </w:r>
      <w:proofErr w:type="gramStart"/>
      <w:r w:rsidR="65ACC0A2" w:rsidRPr="00452D0D">
        <w:rPr>
          <w:rFonts w:ascii="Sassoon Penpals" w:hAnsi="Sassoon Penpals"/>
          <w:sz w:val="28"/>
          <w:szCs w:val="28"/>
        </w:rPr>
        <w:t>families,our</w:t>
      </w:r>
      <w:proofErr w:type="gramEnd"/>
      <w:r w:rsidR="65ACC0A2" w:rsidRPr="00452D0D">
        <w:rPr>
          <w:rFonts w:ascii="Sassoon Penpals" w:hAnsi="Sassoon Penpals"/>
          <w:sz w:val="28"/>
          <w:szCs w:val="28"/>
        </w:rPr>
        <w:t xml:space="preserve"> favourite activities and special memories.</w:t>
      </w:r>
    </w:p>
    <w:p w14:paraId="6316597F" w14:textId="77777777" w:rsidR="004D2045" w:rsidRPr="00452D0D" w:rsidRDefault="00604F76">
      <w:pPr>
        <w:pStyle w:val="Heading1"/>
        <w:rPr>
          <w:rFonts w:ascii="Sassoon Penpals" w:hAnsi="Sassoon Penpals"/>
          <w:sz w:val="36"/>
          <w:szCs w:val="36"/>
        </w:rPr>
      </w:pPr>
      <w:r w:rsidRPr="00452D0D">
        <w:rPr>
          <w:rFonts w:ascii="Sassoon Penpals" w:hAnsi="Sassoon Penpals"/>
          <w:sz w:val="36"/>
          <w:szCs w:val="36"/>
        </w:rPr>
        <w:lastRenderedPageBreak/>
        <w:t>My Amazing Body</w:t>
      </w:r>
    </w:p>
    <w:p w14:paraId="5DAB6C7B" w14:textId="2E82BA8F" w:rsidR="004D2045" w:rsidRPr="00452D0D" w:rsidRDefault="00452D0D">
      <w:pPr>
        <w:rPr>
          <w:rFonts w:ascii="Sassoon Penpals" w:hAnsi="Sassoon Penpals"/>
          <w:sz w:val="28"/>
          <w:szCs w:val="28"/>
        </w:rPr>
      </w:pPr>
      <w:r>
        <w:rPr>
          <w:noProof/>
        </w:rPr>
        <w:drawing>
          <wp:inline distT="0" distB="0" distL="0" distR="0" wp14:anchorId="6972965C" wp14:editId="47E6A615">
            <wp:extent cx="946150" cy="969804"/>
            <wp:effectExtent l="0" t="0" r="6350" b="1905"/>
            <wp:docPr id="650090718" name="Picture 5" descr="Children are singing music - Free vector clipart images on ... #563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ildren are singing music - Free vector clipart images on ... #56315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6113" cy="980016"/>
                    </a:xfrm>
                    <a:prstGeom prst="rect">
                      <a:avLst/>
                    </a:prstGeom>
                    <a:noFill/>
                    <a:ln>
                      <a:noFill/>
                    </a:ln>
                  </pic:spPr>
                </pic:pic>
              </a:graphicData>
            </a:graphic>
          </wp:inline>
        </w:drawing>
      </w:r>
    </w:p>
    <w:p w14:paraId="1A2495A5" w14:textId="53F6144C" w:rsidR="004D2045" w:rsidRPr="00452D0D" w:rsidRDefault="00604F76">
      <w:pPr>
        <w:rPr>
          <w:rFonts w:ascii="Sassoon Penpals" w:hAnsi="Sassoon Penpals"/>
          <w:sz w:val="28"/>
          <w:szCs w:val="28"/>
        </w:rPr>
      </w:pPr>
      <w:r w:rsidRPr="00452D0D">
        <w:rPr>
          <w:rFonts w:ascii="Sassoon Penpals" w:hAnsi="Sassoon Penpals"/>
          <w:sz w:val="28"/>
          <w:szCs w:val="28"/>
        </w:rPr>
        <w:t>We will learn about body parts through stories, songs and activities. Children will also learn good hygiene routines, including washing hands after using the toilet and before lunch.</w:t>
      </w:r>
    </w:p>
    <w:p w14:paraId="5B51EFA0" w14:textId="666318D1" w:rsidR="004D2045" w:rsidRPr="00452D0D" w:rsidRDefault="00604F76">
      <w:pPr>
        <w:pStyle w:val="Heading1"/>
        <w:rPr>
          <w:rFonts w:ascii="Sassoon Penpals" w:hAnsi="Sassoon Penpals"/>
          <w:sz w:val="36"/>
          <w:szCs w:val="36"/>
        </w:rPr>
      </w:pPr>
      <w:r w:rsidRPr="00452D0D">
        <w:rPr>
          <w:rFonts w:ascii="Sassoon Penpals" w:hAnsi="Sassoon Penpals"/>
          <w:sz w:val="36"/>
          <w:szCs w:val="36"/>
        </w:rPr>
        <w:t>Families and People Who Care for Us</w:t>
      </w:r>
    </w:p>
    <w:p w14:paraId="42B33B40" w14:textId="235CB175" w:rsidR="004D2045" w:rsidRPr="00452D0D" w:rsidRDefault="00604F76">
      <w:pPr>
        <w:rPr>
          <w:rFonts w:ascii="Sassoon Penpals" w:hAnsi="Sassoon Penpals"/>
          <w:sz w:val="28"/>
          <w:szCs w:val="28"/>
        </w:rPr>
      </w:pPr>
      <w:r w:rsidRPr="00452D0D">
        <w:rPr>
          <w:rFonts w:ascii="Sassoon Penpals" w:hAnsi="Sassoon Penpals"/>
          <w:sz w:val="28"/>
          <w:szCs w:val="28"/>
        </w:rPr>
        <w:t>We will celebrate different family structures, learn about similarities and differences, and develop a sense of belonging within our Nursery community.</w:t>
      </w:r>
    </w:p>
    <w:p w14:paraId="02EB378F" w14:textId="00A17B26" w:rsidR="004D2045" w:rsidRDefault="00604F76" w:rsidP="00D64F84">
      <w:pPr>
        <w:pStyle w:val="Heading1"/>
        <w:rPr>
          <w:rFonts w:ascii="Sassoon Penpals" w:hAnsi="Sassoon Penpals"/>
          <w:sz w:val="36"/>
          <w:szCs w:val="36"/>
        </w:rPr>
      </w:pPr>
      <w:r w:rsidRPr="00452D0D">
        <w:rPr>
          <w:rFonts w:ascii="Sassoon Penpals" w:hAnsi="Sassoon Penpals"/>
          <w:sz w:val="36"/>
          <w:szCs w:val="36"/>
        </w:rPr>
        <w:t>Outdoor Learning Reminder</w:t>
      </w:r>
    </w:p>
    <w:p w14:paraId="5E7A7756" w14:textId="1A3B872C" w:rsidR="00D64F84" w:rsidRDefault="00D64F84" w:rsidP="00D64F84">
      <w:r>
        <w:rPr>
          <w:noProof/>
        </w:rPr>
        <w:drawing>
          <wp:anchor distT="0" distB="0" distL="114300" distR="114300" simplePos="0" relativeHeight="251663360" behindDoc="0" locked="0" layoutInCell="1" allowOverlap="1" wp14:anchorId="32BE6FE6" wp14:editId="71774885">
            <wp:simplePos x="0" y="0"/>
            <wp:positionH relativeFrom="column">
              <wp:posOffset>75928</wp:posOffset>
            </wp:positionH>
            <wp:positionV relativeFrom="paragraph">
              <wp:posOffset>119834</wp:posOffset>
            </wp:positionV>
            <wp:extent cx="1494972" cy="996648"/>
            <wp:effectExtent l="0" t="0" r="0" b="0"/>
            <wp:wrapNone/>
            <wp:docPr id="392954434" name="Picture 6" descr="Little Kids Boys And Girls In Colorful Rain Boots Closeup Of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ttle Kids Boys And Girls In Colorful Rain Boots Closeup Of Childre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1494972" cy="9966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87951B" w14:textId="7B5F8342" w:rsidR="00D64F84" w:rsidRDefault="00D64F84" w:rsidP="00D64F84"/>
    <w:p w14:paraId="61B67741" w14:textId="77777777" w:rsidR="00D64F84" w:rsidRDefault="00D64F84" w:rsidP="00D64F84"/>
    <w:p w14:paraId="7BE0F986" w14:textId="77777777" w:rsidR="00D64F84" w:rsidRPr="00D64F84" w:rsidRDefault="00D64F84" w:rsidP="00D64F84"/>
    <w:p w14:paraId="063CE0D7" w14:textId="37D1EA33" w:rsidR="00D64F84" w:rsidRPr="00452D0D" w:rsidRDefault="00604F76">
      <w:pPr>
        <w:rPr>
          <w:rFonts w:ascii="Sassoon Penpals" w:hAnsi="Sassoon Penpals"/>
          <w:sz w:val="28"/>
          <w:szCs w:val="28"/>
        </w:rPr>
      </w:pPr>
      <w:r w:rsidRPr="00452D0D">
        <w:rPr>
          <w:rFonts w:ascii="Sassoon Penpals" w:hAnsi="Sassoon Penpals"/>
          <w:sz w:val="28"/>
          <w:szCs w:val="28"/>
        </w:rPr>
        <w:t xml:space="preserve">Please provide named wellies </w:t>
      </w:r>
      <w:proofErr w:type="gramStart"/>
      <w:r w:rsidRPr="00452D0D">
        <w:rPr>
          <w:rFonts w:ascii="Sassoon Penpals" w:hAnsi="Sassoon Penpals"/>
          <w:sz w:val="28"/>
          <w:szCs w:val="28"/>
        </w:rPr>
        <w:t>and named</w:t>
      </w:r>
      <w:proofErr w:type="gramEnd"/>
      <w:r w:rsidRPr="00452D0D">
        <w:rPr>
          <w:rFonts w:ascii="Sassoon Penpals" w:hAnsi="Sassoon Penpals"/>
          <w:sz w:val="28"/>
          <w:szCs w:val="28"/>
        </w:rPr>
        <w:t xml:space="preserve"> waterproof over-trousers. Waterproof over-trousers are preferred to puddle suits as they encourage independence.</w:t>
      </w:r>
    </w:p>
    <w:p w14:paraId="7EB5E7FB" w14:textId="3D2A8973" w:rsidR="004D2045" w:rsidRPr="00452D0D" w:rsidRDefault="00604F76">
      <w:pPr>
        <w:pStyle w:val="Heading1"/>
        <w:rPr>
          <w:rFonts w:ascii="Sassoon Penpals" w:hAnsi="Sassoon Penpals"/>
          <w:sz w:val="36"/>
          <w:szCs w:val="36"/>
        </w:rPr>
      </w:pPr>
      <w:r w:rsidRPr="00452D0D">
        <w:rPr>
          <w:rFonts w:ascii="Sassoon Penpals" w:hAnsi="Sassoon Penpals"/>
          <w:sz w:val="36"/>
          <w:szCs w:val="36"/>
        </w:rPr>
        <w:t>Important Nursery Reminders</w:t>
      </w:r>
    </w:p>
    <w:p w14:paraId="1CDC29D7" w14:textId="08589D50" w:rsidR="00A42DD3" w:rsidRDefault="00604F76" w:rsidP="00D64F84">
      <w:pPr>
        <w:rPr>
          <w:rFonts w:ascii="Sassoon Penpals" w:hAnsi="Sassoon Penpals"/>
          <w:sz w:val="28"/>
          <w:szCs w:val="28"/>
        </w:rPr>
      </w:pPr>
      <w:r w:rsidRPr="00A42DD3">
        <w:rPr>
          <w:rFonts w:ascii="Sassoon Penpals" w:hAnsi="Sassoon Penpals"/>
          <w:sz w:val="28"/>
          <w:szCs w:val="28"/>
        </w:rPr>
        <w:t>All clothing and belongings must be clearly labelled.</w:t>
      </w:r>
      <w:r w:rsidRPr="00A42DD3">
        <w:rPr>
          <w:rFonts w:ascii="Sassoon Penpals" w:hAnsi="Sassoon Penpals"/>
          <w:sz w:val="28"/>
          <w:szCs w:val="28"/>
        </w:rPr>
        <w:br/>
        <w:t>No toys from home.</w:t>
      </w:r>
      <w:r w:rsidRPr="00A42DD3">
        <w:rPr>
          <w:rFonts w:ascii="Sassoon Penpals" w:hAnsi="Sassoon Penpals"/>
          <w:sz w:val="28"/>
          <w:szCs w:val="28"/>
        </w:rPr>
        <w:br/>
        <w:t xml:space="preserve">Packed lunches must be nut-free and should </w:t>
      </w:r>
      <w:r w:rsidRPr="00A42DD3">
        <w:rPr>
          <w:rFonts w:ascii="Sassoon Penpals" w:hAnsi="Sassoon Penpals"/>
          <w:b/>
          <w:bCs/>
          <w:sz w:val="28"/>
          <w:szCs w:val="28"/>
          <w:u w:val="single"/>
        </w:rPr>
        <w:t>not</w:t>
      </w:r>
      <w:r w:rsidRPr="00A42DD3">
        <w:rPr>
          <w:rFonts w:ascii="Sassoon Penpals" w:hAnsi="Sassoon Penpals"/>
          <w:sz w:val="28"/>
          <w:szCs w:val="28"/>
        </w:rPr>
        <w:t xml:space="preserve"> contain sweets or chocolate. Please provide a balanced lunch that your child will eat</w:t>
      </w:r>
      <w:r w:rsidR="00A42DD3">
        <w:rPr>
          <w:rFonts w:ascii="Sassoon Penpals" w:hAnsi="Sassoon Penpals"/>
          <w:sz w:val="28"/>
          <w:szCs w:val="28"/>
        </w:rPr>
        <w:t>.</w:t>
      </w:r>
      <w:r w:rsidR="004E74A7">
        <w:rPr>
          <w:rFonts w:ascii="Sassoon Penpals" w:hAnsi="Sassoon Penpals"/>
          <w:sz w:val="28"/>
          <w:szCs w:val="28"/>
        </w:rPr>
        <w:t xml:space="preserve">  This is only necessary if you are not booking with Good Lookin Cookin.</w:t>
      </w:r>
      <w:r w:rsidR="00D64F84">
        <w:rPr>
          <w:rFonts w:ascii="Sassoon Penpals" w:hAnsi="Sassoon Penpals"/>
          <w:sz w:val="28"/>
          <w:szCs w:val="28"/>
        </w:rPr>
        <w:br/>
        <w:t>All children need a named water bottle – this should be an easy open sports cap, not a screw lid open neck bottle.</w:t>
      </w:r>
      <w:r w:rsidR="00A42DD3">
        <w:rPr>
          <w:rFonts w:ascii="Sassoon Penpals" w:hAnsi="Sassoon Penpals"/>
          <w:sz w:val="28"/>
          <w:szCs w:val="28"/>
        </w:rPr>
        <w:br/>
      </w:r>
    </w:p>
    <w:p w14:paraId="0CDFFDA9" w14:textId="220C50AE" w:rsidR="00A42DD3" w:rsidRPr="00D64F84" w:rsidRDefault="00A42DD3" w:rsidP="00A42DD3">
      <w:pPr>
        <w:pStyle w:val="Heading1"/>
        <w:rPr>
          <w:rFonts w:ascii="Sassoon Penpals" w:hAnsi="Sassoon Penpals"/>
          <w:sz w:val="36"/>
          <w:szCs w:val="36"/>
        </w:rPr>
      </w:pPr>
      <w:r w:rsidRPr="00D64F84">
        <w:rPr>
          <w:rFonts w:ascii="Sassoon Penpals" w:hAnsi="Sassoon Penpals"/>
          <w:sz w:val="36"/>
          <w:szCs w:val="36"/>
        </w:rPr>
        <w:lastRenderedPageBreak/>
        <w:t>The School Day</w:t>
      </w:r>
    </w:p>
    <w:p w14:paraId="3DDA3E69" w14:textId="5D328D14" w:rsidR="00A42DD3" w:rsidRPr="00D64F84" w:rsidRDefault="00A42DD3" w:rsidP="00A42DD3">
      <w:pPr>
        <w:rPr>
          <w:rFonts w:ascii="Sassoon Penpals" w:hAnsi="Sassoon Penpals"/>
          <w:sz w:val="28"/>
          <w:szCs w:val="28"/>
        </w:rPr>
      </w:pPr>
      <w:r w:rsidRPr="00D64F84">
        <w:rPr>
          <w:rFonts w:ascii="Sassoon Penpals" w:hAnsi="Sassoon Penpals"/>
          <w:sz w:val="28"/>
          <w:szCs w:val="28"/>
        </w:rPr>
        <w:t>As a reminder, school starts at 9am – the door will open just before 9 to allow for a steady flow of children in, we ask that you leave your child at the door as there are plenty of adults to help the children organise themselves in the classroom.</w:t>
      </w:r>
    </w:p>
    <w:p w14:paraId="7E75E916" w14:textId="77625288" w:rsidR="00A42DD3" w:rsidRPr="00D64F84" w:rsidRDefault="00A42DD3" w:rsidP="00A42DD3">
      <w:pPr>
        <w:rPr>
          <w:rFonts w:ascii="Sassoon Penpals" w:hAnsi="Sassoon Penpals"/>
          <w:sz w:val="28"/>
          <w:szCs w:val="28"/>
        </w:rPr>
      </w:pPr>
      <w:r w:rsidRPr="00D64F84">
        <w:rPr>
          <w:rFonts w:ascii="Sassoon Penpals" w:hAnsi="Sassoon Penpals"/>
          <w:sz w:val="28"/>
          <w:szCs w:val="28"/>
        </w:rPr>
        <w:t xml:space="preserve">If you are collecting at lunch, pick up is at 12pm – we ask that you are prompt for collection and if you are going to be a few minutes late to let the office know.  For those leaving after a morning session, a small snack to eat while they wait helps to keep them going before they get home for their lunch (this could be some crackers and cheese, or a small sandwich, or some fruit – they have about 15 minutes to eat before their session </w:t>
      </w:r>
      <w:proofErr w:type="gramStart"/>
      <w:r w:rsidRPr="00D64F84">
        <w:rPr>
          <w:rFonts w:ascii="Sassoon Penpals" w:hAnsi="Sassoon Penpals"/>
          <w:sz w:val="28"/>
          <w:szCs w:val="28"/>
        </w:rPr>
        <w:t>finishes)  Afternoon</w:t>
      </w:r>
      <w:proofErr w:type="gramEnd"/>
      <w:r w:rsidRPr="00D64F84">
        <w:rPr>
          <w:rFonts w:ascii="Sassoon Penpals" w:hAnsi="Sassoon Penpals"/>
          <w:sz w:val="28"/>
          <w:szCs w:val="28"/>
        </w:rPr>
        <w:t xml:space="preserve"> sessions start at 12pm, please allow those leaving the morning session first.   Children starting in the afternoon will arrive at school having already had their lunch at home.</w:t>
      </w:r>
    </w:p>
    <w:p w14:paraId="67AC7C5A" w14:textId="6F8CBA2E" w:rsidR="00A42DD3" w:rsidRPr="00D64F84" w:rsidRDefault="00A42DD3" w:rsidP="00A42DD3">
      <w:pPr>
        <w:rPr>
          <w:rFonts w:ascii="Sassoon Penpals" w:hAnsi="Sassoon Penpals"/>
          <w:sz w:val="28"/>
          <w:szCs w:val="28"/>
        </w:rPr>
      </w:pPr>
      <w:r w:rsidRPr="00D64F84">
        <w:rPr>
          <w:rFonts w:ascii="Sassoon Penpals" w:hAnsi="Sassoon Penpals"/>
          <w:sz w:val="28"/>
          <w:szCs w:val="28"/>
        </w:rPr>
        <w:t xml:space="preserve">The end of the day is 3pm.  If you are </w:t>
      </w:r>
      <w:proofErr w:type="gramStart"/>
      <w:r w:rsidRPr="00D64F84">
        <w:rPr>
          <w:rFonts w:ascii="Sassoon Penpals" w:hAnsi="Sassoon Penpals"/>
          <w:sz w:val="28"/>
          <w:szCs w:val="28"/>
        </w:rPr>
        <w:t>wishing for</w:t>
      </w:r>
      <w:proofErr w:type="gramEnd"/>
      <w:r w:rsidRPr="00D64F84">
        <w:rPr>
          <w:rFonts w:ascii="Sassoon Penpals" w:hAnsi="Sassoon Penpals"/>
          <w:sz w:val="28"/>
          <w:szCs w:val="28"/>
        </w:rPr>
        <w:t xml:space="preserve"> your child to stay until 3:30pm, this needs to be booked in advance, this is a separate session </w:t>
      </w:r>
      <w:proofErr w:type="gramStart"/>
      <w:r w:rsidRPr="00D64F84">
        <w:rPr>
          <w:rFonts w:ascii="Sassoon Penpals" w:hAnsi="Sassoon Penpals"/>
          <w:sz w:val="28"/>
          <w:szCs w:val="28"/>
        </w:rPr>
        <w:t>to</w:t>
      </w:r>
      <w:proofErr w:type="gramEnd"/>
      <w:r w:rsidRPr="00D64F84">
        <w:rPr>
          <w:rFonts w:ascii="Sassoon Penpals" w:hAnsi="Sassoon Penpals"/>
          <w:sz w:val="28"/>
          <w:szCs w:val="28"/>
        </w:rPr>
        <w:t xml:space="preserve"> </w:t>
      </w:r>
      <w:r w:rsidR="00D64F84" w:rsidRPr="00D64F84">
        <w:rPr>
          <w:rFonts w:ascii="Sassoon Penpals" w:hAnsi="Sassoon Penpals"/>
          <w:sz w:val="28"/>
          <w:szCs w:val="28"/>
        </w:rPr>
        <w:t>F</w:t>
      </w:r>
      <w:r w:rsidRPr="00D64F84">
        <w:rPr>
          <w:rFonts w:ascii="Sassoon Penpals" w:hAnsi="Sassoon Penpals"/>
          <w:sz w:val="28"/>
          <w:szCs w:val="28"/>
        </w:rPr>
        <w:t xml:space="preserve">ireflies, therefore if you wish for them to also attend </w:t>
      </w:r>
      <w:r w:rsidR="00D64F84" w:rsidRPr="00D64F84">
        <w:rPr>
          <w:rFonts w:ascii="Sassoon Penpals" w:hAnsi="Sassoon Penpals"/>
          <w:sz w:val="28"/>
          <w:szCs w:val="28"/>
        </w:rPr>
        <w:t>F</w:t>
      </w:r>
      <w:r w:rsidRPr="00D64F84">
        <w:rPr>
          <w:rFonts w:ascii="Sassoon Penpals" w:hAnsi="Sassoon Penpals"/>
          <w:sz w:val="28"/>
          <w:szCs w:val="28"/>
        </w:rPr>
        <w:t>ireflies (which starts at 3:30pm) you will need to make two bookings.  A member of staff will take any children attending Fireflies to the hall</w:t>
      </w:r>
      <w:r w:rsidR="00D64F84" w:rsidRPr="00D64F84">
        <w:rPr>
          <w:rFonts w:ascii="Sassoon Penpals" w:hAnsi="Sassoon Penpals"/>
          <w:sz w:val="28"/>
          <w:szCs w:val="28"/>
        </w:rPr>
        <w:t>.</w:t>
      </w:r>
    </w:p>
    <w:p w14:paraId="23B295C1" w14:textId="42932EAB" w:rsidR="00A42DD3" w:rsidRPr="00A42DD3" w:rsidRDefault="00D64F84" w:rsidP="00A42DD3">
      <w:pPr>
        <w:rPr>
          <w:rFonts w:ascii="Sassoon Penpals" w:hAnsi="Sassoon Penpals"/>
          <w:sz w:val="28"/>
          <w:szCs w:val="28"/>
        </w:rPr>
      </w:pPr>
      <w:r w:rsidRPr="00D64F84">
        <w:rPr>
          <w:rFonts w:ascii="Sassoon Penpals" w:hAnsi="Sassoon Penpals"/>
          <w:sz w:val="28"/>
          <w:szCs w:val="28"/>
        </w:rPr>
        <w:t>We do ask that you are prompt with drop off and pick up as children can become upset if they are not collected on time.</w:t>
      </w:r>
    </w:p>
    <w:p w14:paraId="6C510154" w14:textId="77777777" w:rsidR="004D2045" w:rsidRPr="00452D0D" w:rsidRDefault="00604F76">
      <w:pPr>
        <w:pStyle w:val="Heading1"/>
        <w:rPr>
          <w:rFonts w:ascii="Sassoon Penpals" w:hAnsi="Sassoon Penpals"/>
          <w:sz w:val="36"/>
          <w:szCs w:val="36"/>
        </w:rPr>
      </w:pPr>
      <w:r w:rsidRPr="00452D0D">
        <w:rPr>
          <w:rFonts w:ascii="Sassoon Penpals" w:hAnsi="Sassoon Penpals"/>
          <w:sz w:val="36"/>
          <w:szCs w:val="36"/>
        </w:rPr>
        <w:t>Dates to Remember</w:t>
      </w:r>
    </w:p>
    <w:p w14:paraId="6F717613" w14:textId="77777777" w:rsidR="004D2045" w:rsidRPr="00452D0D" w:rsidRDefault="00604F76">
      <w:pPr>
        <w:rPr>
          <w:rFonts w:ascii="Sassoon Penpals" w:hAnsi="Sassoon Penpals"/>
          <w:sz w:val="28"/>
          <w:szCs w:val="28"/>
        </w:rPr>
      </w:pPr>
      <w:r w:rsidRPr="00452D0D">
        <w:rPr>
          <w:rFonts w:ascii="Sassoon Penpals" w:hAnsi="Sassoon Penpals"/>
          <w:sz w:val="28"/>
          <w:szCs w:val="28"/>
        </w:rPr>
        <w:t>14th September: Jeans for Genes Day and Scrapbooks Due</w:t>
      </w:r>
      <w:r w:rsidRPr="00452D0D">
        <w:rPr>
          <w:rFonts w:ascii="Sassoon Penpals" w:hAnsi="Sassoon Penpals"/>
          <w:sz w:val="28"/>
          <w:szCs w:val="28"/>
        </w:rPr>
        <w:br/>
      </w:r>
      <w:r w:rsidRPr="00452D0D">
        <w:rPr>
          <w:rFonts w:ascii="Sassoon Penpals" w:hAnsi="Sassoon Penpals"/>
          <w:sz w:val="28"/>
          <w:szCs w:val="28"/>
        </w:rPr>
        <w:t>23rd September: Individual Photo Day</w:t>
      </w:r>
      <w:r w:rsidRPr="00452D0D">
        <w:rPr>
          <w:rFonts w:ascii="Sassoon Penpals" w:hAnsi="Sassoon Penpals"/>
          <w:sz w:val="28"/>
          <w:szCs w:val="28"/>
        </w:rPr>
        <w:br/>
        <w:t>25th September: Plesiosaur Day</w:t>
      </w:r>
      <w:r w:rsidRPr="00452D0D">
        <w:rPr>
          <w:rFonts w:ascii="Sassoon Penpals" w:hAnsi="Sassoon Penpals"/>
          <w:sz w:val="28"/>
          <w:szCs w:val="28"/>
        </w:rPr>
        <w:br/>
        <w:t>7th October: Grandparents Coffee Afternoon</w:t>
      </w:r>
      <w:r w:rsidRPr="00452D0D">
        <w:rPr>
          <w:rFonts w:ascii="Sassoon Penpals" w:hAnsi="Sassoon Penpals"/>
          <w:sz w:val="28"/>
          <w:szCs w:val="28"/>
        </w:rPr>
        <w:br/>
        <w:t>Week Beginning 12th October: Feel Fabulous Friday</w:t>
      </w:r>
      <w:r w:rsidRPr="00452D0D">
        <w:rPr>
          <w:rFonts w:ascii="Sassoon Penpals" w:hAnsi="Sassoon Penpals"/>
          <w:sz w:val="28"/>
          <w:szCs w:val="28"/>
        </w:rPr>
        <w:br/>
        <w:t>14th October: Family Progress Meetings (more information to follow)</w:t>
      </w:r>
      <w:r w:rsidRPr="00452D0D">
        <w:rPr>
          <w:rFonts w:ascii="Sassoon Penpals" w:hAnsi="Sassoon Penpals"/>
          <w:sz w:val="28"/>
          <w:szCs w:val="28"/>
        </w:rPr>
        <w:br/>
        <w:t>16th October: Harvest Festival</w:t>
      </w:r>
    </w:p>
    <w:sectPr w:rsidR="004D2045" w:rsidRPr="00452D0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F90AD7"/>
    <w:multiLevelType w:val="hybridMultilevel"/>
    <w:tmpl w:val="38A211F8"/>
    <w:lvl w:ilvl="0" w:tplc="B8841B62">
      <w:numFmt w:val="bullet"/>
      <w:lvlText w:val="•"/>
      <w:lvlJc w:val="left"/>
      <w:pPr>
        <w:ind w:left="1080" w:hanging="360"/>
      </w:pPr>
      <w:rPr>
        <w:rFonts w:ascii="Sassoon Penpals" w:eastAsiaTheme="minorEastAsia" w:hAnsi="Sassoon Penpal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E8252E4"/>
    <w:multiLevelType w:val="hybridMultilevel"/>
    <w:tmpl w:val="6E66C2FE"/>
    <w:lvl w:ilvl="0" w:tplc="B8841B62">
      <w:numFmt w:val="bullet"/>
      <w:lvlText w:val="•"/>
      <w:lvlJc w:val="left"/>
      <w:pPr>
        <w:ind w:left="720" w:hanging="360"/>
      </w:pPr>
      <w:rPr>
        <w:rFonts w:ascii="Sassoon Penpals" w:eastAsiaTheme="minorEastAsia"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A34C68"/>
    <w:multiLevelType w:val="hybridMultilevel"/>
    <w:tmpl w:val="060A1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239291">
    <w:abstractNumId w:val="8"/>
  </w:num>
  <w:num w:numId="2" w16cid:durableId="1002775789">
    <w:abstractNumId w:val="6"/>
  </w:num>
  <w:num w:numId="3" w16cid:durableId="174729891">
    <w:abstractNumId w:val="5"/>
  </w:num>
  <w:num w:numId="4" w16cid:durableId="1910076037">
    <w:abstractNumId w:val="4"/>
  </w:num>
  <w:num w:numId="5" w16cid:durableId="1218661334">
    <w:abstractNumId w:val="7"/>
  </w:num>
  <w:num w:numId="6" w16cid:durableId="473059174">
    <w:abstractNumId w:val="3"/>
  </w:num>
  <w:num w:numId="7" w16cid:durableId="1150174428">
    <w:abstractNumId w:val="2"/>
  </w:num>
  <w:num w:numId="8" w16cid:durableId="96562686">
    <w:abstractNumId w:val="1"/>
  </w:num>
  <w:num w:numId="9" w16cid:durableId="162549515">
    <w:abstractNumId w:val="0"/>
  </w:num>
  <w:num w:numId="10" w16cid:durableId="150104357">
    <w:abstractNumId w:val="11"/>
  </w:num>
  <w:num w:numId="11" w16cid:durableId="1395859913">
    <w:abstractNumId w:val="10"/>
  </w:num>
  <w:num w:numId="12" w16cid:durableId="2601910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B09FE"/>
    <w:rsid w:val="00326F90"/>
    <w:rsid w:val="00452D0D"/>
    <w:rsid w:val="004D2045"/>
    <w:rsid w:val="004E74A7"/>
    <w:rsid w:val="00905875"/>
    <w:rsid w:val="00A412F0"/>
    <w:rsid w:val="00A42DD3"/>
    <w:rsid w:val="00AA1D8D"/>
    <w:rsid w:val="00B47730"/>
    <w:rsid w:val="00CB0664"/>
    <w:rsid w:val="00D64F84"/>
    <w:rsid w:val="00FC693F"/>
    <w:rsid w:val="65ACC0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B0DCD12D-6C4B-49AA-9D80-E271D4F61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Walton</dc:creator>
  <cp:keywords/>
  <dc:description>generated by python-docx</dc:description>
  <cp:lastModifiedBy>Hazel Talbot</cp:lastModifiedBy>
  <cp:revision>2</cp:revision>
  <dcterms:created xsi:type="dcterms:W3CDTF">2026-09-04T12:58:00Z</dcterms:created>
  <dcterms:modified xsi:type="dcterms:W3CDTF">2026-09-04T12:58:00Z</dcterms:modified>
  <cp:category/>
</cp:coreProperties>
</file>